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68E1" w14:textId="2CB28FCC" w:rsidR="0040095A" w:rsidRDefault="00EA2048" w:rsidP="00EA2048">
      <w:pPr>
        <w:spacing w:after="360"/>
        <w:jc w:val="center"/>
      </w:pPr>
      <w:r>
        <w:rPr>
          <w:noProof/>
        </w:rPr>
        <w:drawing>
          <wp:inline distT="0" distB="0" distL="0" distR="0" wp14:anchorId="59435163" wp14:editId="0696195C">
            <wp:extent cx="4714875" cy="647700"/>
            <wp:effectExtent l="0" t="0" r="9525" b="0"/>
            <wp:docPr id="1" name="Obraz 1" descr="Logotypy programu Fundusze Europejskie dla Śląskiego 2021-2027 (mono pozio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typy programu Fundusze Europejskie dla Śląskiego 2021-2027 (mono poziom)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A4DE4" w14:textId="77777777" w:rsidR="0040095A" w:rsidRDefault="00000000">
      <w:pPr>
        <w:spacing w:after="240"/>
        <w:jc w:val="center"/>
      </w:pPr>
      <w:r>
        <w:rPr>
          <w:b/>
          <w:color w:val="1B365D"/>
          <w:sz w:val="32"/>
        </w:rPr>
        <w:t>KARTA ZGŁOSZENIA SZCZEGÓLNYCH POTRZEB UCZESTNIKA</w:t>
      </w:r>
    </w:p>
    <w:p w14:paraId="05BAE89E" w14:textId="77777777" w:rsidR="0040095A" w:rsidRDefault="00000000">
      <w:pPr>
        <w:spacing w:after="480"/>
        <w:jc w:val="center"/>
      </w:pPr>
      <w:r>
        <w:rPr>
          <w:i/>
        </w:rPr>
        <w:t>Formularz zapewnienia dostępności wsparcia w projekcie współfinansowanym ze środków Unii Europejskiej</w:t>
      </w:r>
    </w:p>
    <w:p w14:paraId="6E7A9F22" w14:textId="4ED13E11" w:rsidR="0040095A" w:rsidRDefault="00000000">
      <w:pPr>
        <w:spacing w:after="360"/>
      </w:pPr>
      <w:proofErr w:type="spellStart"/>
      <w:r>
        <w:rPr>
          <w:b/>
        </w:rPr>
        <w:t>Tytuł</w:t>
      </w:r>
      <w:proofErr w:type="spellEnd"/>
      <w:r>
        <w:rPr>
          <w:b/>
        </w:rPr>
        <w:t xml:space="preserve"> Projektu: </w:t>
      </w:r>
      <w:r w:rsidR="00EA2048" w:rsidRPr="00EA2048">
        <w:t xml:space="preserve">„Kadry </w:t>
      </w:r>
      <w:proofErr w:type="spellStart"/>
      <w:r w:rsidR="00EA2048" w:rsidRPr="00EA2048">
        <w:t>przyszłości</w:t>
      </w:r>
      <w:proofErr w:type="spellEnd"/>
      <w:r w:rsidR="00EA2048" w:rsidRPr="00EA2048">
        <w:t xml:space="preserve"> – Usługi </w:t>
      </w:r>
      <w:proofErr w:type="spellStart"/>
      <w:r w:rsidR="00EA2048" w:rsidRPr="00EA2048">
        <w:t>rozwojowe</w:t>
      </w:r>
      <w:proofErr w:type="spellEnd"/>
      <w:r w:rsidR="00EA2048" w:rsidRPr="00EA2048">
        <w:t xml:space="preserve"> </w:t>
      </w:r>
      <w:proofErr w:type="spellStart"/>
      <w:r w:rsidR="00EA2048" w:rsidRPr="00EA2048">
        <w:t>dla</w:t>
      </w:r>
      <w:proofErr w:type="spellEnd"/>
      <w:r w:rsidR="00EA2048" w:rsidRPr="00EA2048">
        <w:t xml:space="preserve"> przedsiębiorców – PSF”</w:t>
      </w:r>
      <w:r>
        <w:br/>
      </w:r>
      <w:r>
        <w:rPr>
          <w:b/>
        </w:rPr>
        <w:t xml:space="preserve">Nr umowy o </w:t>
      </w:r>
      <w:proofErr w:type="spellStart"/>
      <w:r>
        <w:rPr>
          <w:b/>
        </w:rPr>
        <w:t>dofinansowanie</w:t>
      </w:r>
      <w:proofErr w:type="spellEnd"/>
      <w:r>
        <w:rPr>
          <w:b/>
        </w:rPr>
        <w:t xml:space="preserve">: </w:t>
      </w:r>
      <w:r w:rsidR="00EA2048" w:rsidRPr="00EA2048">
        <w:t>FESL.05.15-IP.02-0961/24</w:t>
      </w:r>
      <w:r>
        <w:br/>
      </w:r>
      <w:r>
        <w:rPr>
          <w:b/>
        </w:rPr>
        <w:t xml:space="preserve">Nazwa </w:t>
      </w:r>
      <w:proofErr w:type="spellStart"/>
      <w:r>
        <w:rPr>
          <w:b/>
        </w:rPr>
        <w:t>Beneficjenta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Organizatora</w:t>
      </w:r>
      <w:proofErr w:type="spellEnd"/>
      <w:r>
        <w:rPr>
          <w:b/>
        </w:rPr>
        <w:t xml:space="preserve">): </w:t>
      </w:r>
      <w:r w:rsidR="00EA2048" w:rsidRPr="00EA2048">
        <w:t>Śląski Inkubator Przedsiębiorczości Sp. z o. o.</w:t>
      </w:r>
    </w:p>
    <w:p w14:paraId="7137BBDB" w14:textId="77777777" w:rsidR="0040095A" w:rsidRDefault="00000000">
      <w:pPr>
        <w:keepNext/>
        <w:spacing w:before="280" w:after="120"/>
      </w:pPr>
      <w:r>
        <w:rPr>
          <w:b/>
          <w:color w:val="1B365D"/>
          <w:sz w:val="26"/>
        </w:rPr>
        <w:t>I. DANE UCZESTNIKA / UCZESTNICZKI PROJEKTU</w:t>
      </w:r>
    </w:p>
    <w:p w14:paraId="022EBEF7" w14:textId="77777777" w:rsidR="0040095A" w:rsidRDefault="00000000">
      <w:pPr>
        <w:spacing w:line="312" w:lineRule="auto"/>
      </w:pPr>
      <w:r>
        <w:rPr>
          <w:b/>
        </w:rPr>
        <w:t xml:space="preserve">Imię i nazwisko: </w:t>
      </w:r>
      <w:r>
        <w:t>.......................................................................................................................................</w:t>
      </w:r>
      <w:r>
        <w:br/>
      </w:r>
      <w:r>
        <w:rPr>
          <w:b/>
        </w:rPr>
        <w:t xml:space="preserve">Numer PESEL: </w:t>
      </w:r>
      <w:r>
        <w:t>.......................................................................................................................................</w:t>
      </w:r>
      <w:r>
        <w:br/>
      </w:r>
      <w:r>
        <w:rPr>
          <w:b/>
        </w:rPr>
        <w:t xml:space="preserve">Numer telefonu: </w:t>
      </w:r>
      <w:r>
        <w:t>.......................................................................................................................................</w:t>
      </w:r>
      <w:r>
        <w:br/>
      </w:r>
      <w:r>
        <w:rPr>
          <w:b/>
        </w:rPr>
        <w:t xml:space="preserve">Adres e-mail: </w:t>
      </w:r>
      <w:r>
        <w:t>.......................................................................................................................................</w:t>
      </w:r>
    </w:p>
    <w:p w14:paraId="5660CDB0" w14:textId="77777777" w:rsidR="0040095A" w:rsidRDefault="00000000">
      <w:pPr>
        <w:keepNext/>
        <w:spacing w:before="280" w:after="120"/>
      </w:pPr>
      <w:r>
        <w:rPr>
          <w:b/>
          <w:color w:val="1B365D"/>
          <w:sz w:val="26"/>
        </w:rPr>
        <w:t>II. IDENTYFIKACJA POTRZEB W ZAKRESIE DOSTĘPNOŚCI (Standardy Dostępności EFS+)</w:t>
      </w:r>
    </w:p>
    <w:p w14:paraId="5ABFCF7A" w14:textId="77777777" w:rsidR="0040095A" w:rsidRDefault="00000000">
      <w:pPr>
        <w:spacing w:after="160"/>
      </w:pPr>
      <w:r>
        <w:t>Proszę zaznaczyć [ X ] przy pozycjach, które są niezbędne do Państwa pełnego i samodzielnego udziału we wsparciu projektowym.</w:t>
      </w:r>
    </w:p>
    <w:p w14:paraId="0B875371" w14:textId="77777777" w:rsidR="0040095A" w:rsidRDefault="00000000">
      <w:pPr>
        <w:spacing w:before="120"/>
      </w:pPr>
      <w:r>
        <w:rPr>
          <w:b/>
        </w:rPr>
        <w:t>1. Dostępność architektoniczna i mobilność</w:t>
      </w:r>
    </w:p>
    <w:p w14:paraId="6198BA8A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Dostęp do budynku bez barier schodowych (winda, podjazd, wejście z poziomu gruntu).</w:t>
      </w:r>
    </w:p>
    <w:p w14:paraId="3B392B95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Szerokie ciągi komunikacyjne i dostosowane zaplecze sanitarne (toaleta dla osób z niepełnosprawnością).</w:t>
      </w:r>
    </w:p>
    <w:p w14:paraId="1B49B8BD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Dedykowane miejsce parkingowe dla osób z niepełnosprawnościami blisko wejścia.</w:t>
      </w:r>
    </w:p>
    <w:p w14:paraId="7640FAAE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Asysta pracownika projektu przy poruszaniu się po obiekcie.</w:t>
      </w:r>
    </w:p>
    <w:p w14:paraId="35DDE51D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Uczestnictwo w towarzystwie psa asystującego / psa przewodnika.</w:t>
      </w:r>
    </w:p>
    <w:p w14:paraId="1CAB65C6" w14:textId="77777777" w:rsidR="0040095A" w:rsidRDefault="00000000">
      <w:pPr>
        <w:spacing w:before="120"/>
      </w:pPr>
      <w:r>
        <w:rPr>
          <w:b/>
        </w:rPr>
        <w:t>2. Komunikacja, informacja i materiały szkoleniowe</w:t>
      </w:r>
    </w:p>
    <w:p w14:paraId="766C2768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Usługa tłumacza Polskiego Języka Migowego (PJM) lub Systemu Językowo-Migowego (SJM).</w:t>
      </w:r>
    </w:p>
    <w:p w14:paraId="2E30AFC0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Pętla indukcyjna lub inne systemy wspomagania słuchu.</w:t>
      </w:r>
    </w:p>
    <w:p w14:paraId="1CD3330B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Materiały szkoleniowe/informacyjne drukowane powiększoną czcionką (dla osób słabowidzących).</w:t>
      </w:r>
    </w:p>
    <w:p w14:paraId="6D59DBC0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Materiały cyfrowe dostosowane do czytników ekranu (zgodność ze standardem WCAG).</w:t>
      </w:r>
    </w:p>
    <w:p w14:paraId="2B503BC7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Alternatywne formy komunikacji (np. napisy na żywo, transkrypcja).</w:t>
      </w:r>
    </w:p>
    <w:p w14:paraId="401211D7" w14:textId="77777777" w:rsidR="0040095A" w:rsidRDefault="00000000">
      <w:pPr>
        <w:spacing w:before="120"/>
      </w:pPr>
      <w:r>
        <w:rPr>
          <w:b/>
        </w:rPr>
        <w:t>3. Organizacja wsparcia i formy rekrutacji / egzaminowania</w:t>
      </w:r>
    </w:p>
    <w:p w14:paraId="10434910" w14:textId="77777777" w:rsidR="0040095A" w:rsidRDefault="00000000">
      <w:pPr>
        <w:spacing w:after="80"/>
        <w:ind w:left="360"/>
      </w:pPr>
      <w:r>
        <w:rPr>
          <w:b/>
        </w:rPr>
        <w:lastRenderedPageBreak/>
        <w:t xml:space="preserve">[  ] </w:t>
      </w:r>
      <w:r>
        <w:t>Wydłużony czas trwania zajęć teoretycznych, testów lub egzaminów.</w:t>
      </w:r>
    </w:p>
    <w:p w14:paraId="0056AA22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Potrzeba częstszych przerw ze względów zdrowotnych.</w:t>
      </w:r>
    </w:p>
    <w:p w14:paraId="17C97A20" w14:textId="77777777" w:rsidR="0040095A" w:rsidRDefault="00000000">
      <w:pPr>
        <w:spacing w:after="80"/>
        <w:ind w:left="360"/>
      </w:pPr>
      <w:r>
        <w:rPr>
          <w:b/>
        </w:rPr>
        <w:t xml:space="preserve">[  ] </w:t>
      </w:r>
      <w:r>
        <w:t>Obecność osobistego asystenta osoby z niepełnosprawnością podczas wsparcia.</w:t>
      </w:r>
    </w:p>
    <w:p w14:paraId="22E9F251" w14:textId="77777777" w:rsidR="0040095A" w:rsidRDefault="00000000">
      <w:pPr>
        <w:keepNext/>
        <w:spacing w:before="280" w:after="120"/>
      </w:pPr>
      <w:r>
        <w:rPr>
          <w:b/>
          <w:color w:val="1B365D"/>
          <w:sz w:val="26"/>
        </w:rPr>
        <w:t>III. DODATKOWE UWAGI LUB INNE POTRZEBY</w:t>
      </w:r>
    </w:p>
    <w:p w14:paraId="0401C853" w14:textId="77777777" w:rsidR="0040095A" w:rsidRDefault="00000000">
      <w:pPr>
        <w:spacing w:after="80"/>
      </w:pPr>
      <w:r>
        <w:t>W przypadku braku wyboru powyżej lub konieczności uszczegółowienia, prosimy opisać Państwa wymagania (np. stopień niedowidzenia, specyficzne oprogramowanie, ergonomiczne krzesło):</w:t>
      </w:r>
    </w:p>
    <w:p w14:paraId="536EC2C9" w14:textId="31E440BE" w:rsidR="0040095A" w:rsidRDefault="00000000">
      <w:pPr>
        <w:spacing w:after="280"/>
      </w:pPr>
      <w:r>
        <w:t>..................................................................................................................................................................................................</w:t>
      </w:r>
      <w:r w:rsidR="00EA2048">
        <w:t>.............................................................................................................................................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........................................................................................................................................................................</w:t>
      </w:r>
    </w:p>
    <w:p w14:paraId="5B33806B" w14:textId="77777777" w:rsidR="0040095A" w:rsidRDefault="00000000">
      <w:pPr>
        <w:keepNext/>
        <w:spacing w:before="280" w:after="120"/>
      </w:pPr>
      <w:r>
        <w:rPr>
          <w:b/>
          <w:color w:val="1B365D"/>
          <w:sz w:val="26"/>
        </w:rPr>
        <w:t>IV. OŚWIADCZENIE UCZESTNIKA ORAZ KLAUZULA RODO</w:t>
      </w:r>
    </w:p>
    <w:p w14:paraId="61D27C2F" w14:textId="77777777" w:rsidR="0040095A" w:rsidRDefault="00000000">
      <w:pPr>
        <w:spacing w:after="720"/>
        <w:jc w:val="both"/>
      </w:pPr>
      <w:r>
        <w:rPr>
          <w:sz w:val="20"/>
        </w:rPr>
        <w:t>1. Oświadczam, że podane przeze mnie dane są zgodne ze stanem faktycznym, a zgłoszone szczególne potrzeby wynikają z moich rzeczywistych barier w obszarze mobilności, percepcji lub zdrowia.</w:t>
      </w:r>
      <w:r>
        <w:rPr>
          <w:sz w:val="20"/>
        </w:rPr>
        <w:br/>
        <w:t>2. Wyrażam świadomą i dobrowolną zgodę na przetwarzanie moich danych osobowych szczególnej kategorii (danych o stanie zdrowia/niepełnosprawności) zawartych w niniejszej Karcie przez Beneficjenta w celu i zakresie niezbędnym do zorganizowania i udzielenia mi zindywidualizowanego wsparcia w ramach projektu.</w:t>
      </w:r>
      <w:r>
        <w:rPr>
          <w:sz w:val="20"/>
        </w:rPr>
        <w:br/>
        <w:t>3. Przyjmuję do wiadomości, że administratorem moich danych osobowych jest Beneficjent oraz właściwa Instytucja Zarządzająca/Pośrednicząca dla wyżej wymienionego programu operacyjnego. Dane będą przetwarzane zgodnie z RODO oraz ustawą o ochronie danych osobowych. Podanie danych jest dobrowolne, ale niezbędne do przyznania dostosowanego wsparcia (tzw. mechanizm racjonalnych usprawnień).</w:t>
      </w:r>
    </w:p>
    <w:p w14:paraId="62F305D1" w14:textId="77777777" w:rsidR="0040095A" w:rsidRDefault="00000000">
      <w:r>
        <w:rPr>
          <w:b/>
        </w:rPr>
        <w:t>...........................................................                                  ...........................................................</w:t>
      </w:r>
      <w:r>
        <w:rPr>
          <w:b/>
        </w:rPr>
        <w:br/>
      </w:r>
      <w:r>
        <w:rPr>
          <w:sz w:val="18"/>
        </w:rPr>
        <w:t xml:space="preserve">             Miejscowość i data                                                               Czytelny podpis Uczestnika/czki</w:t>
      </w:r>
    </w:p>
    <w:sectPr w:rsidR="0040095A" w:rsidSect="00EA2048">
      <w:footerReference w:type="default" r:id="rId9"/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56C6" w14:textId="77777777" w:rsidR="00AA08FA" w:rsidRDefault="00AA08FA">
      <w:pPr>
        <w:spacing w:after="0" w:line="240" w:lineRule="auto"/>
      </w:pPr>
      <w:r>
        <w:separator/>
      </w:r>
    </w:p>
  </w:endnote>
  <w:endnote w:type="continuationSeparator" w:id="0">
    <w:p w14:paraId="10B805F7" w14:textId="77777777" w:rsidR="00AA08FA" w:rsidRDefault="00AA0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A36C" w14:textId="77777777" w:rsidR="0040095A" w:rsidRDefault="00000000">
    <w:pPr>
      <w:pStyle w:val="Stopka"/>
      <w:jc w:val="center"/>
    </w:pPr>
    <w:r>
      <w:rPr>
        <w:sz w:val="17"/>
      </w:rPr>
      <w:t xml:space="preserve">Projekt </w:t>
    </w:r>
    <w:proofErr w:type="spellStart"/>
    <w:r>
      <w:rPr>
        <w:sz w:val="17"/>
      </w:rPr>
      <w:t>współfinansowany</w:t>
    </w:r>
    <w:proofErr w:type="spellEnd"/>
    <w:r>
      <w:rPr>
        <w:sz w:val="17"/>
      </w:rPr>
      <w:t xml:space="preserve"> przez </w:t>
    </w:r>
    <w:proofErr w:type="spellStart"/>
    <w:r>
      <w:rPr>
        <w:sz w:val="17"/>
      </w:rPr>
      <w:t>Unię</w:t>
    </w:r>
    <w:proofErr w:type="spellEnd"/>
    <w:r>
      <w:rPr>
        <w:sz w:val="17"/>
      </w:rPr>
      <w:t xml:space="preserve"> </w:t>
    </w:r>
    <w:proofErr w:type="spellStart"/>
    <w:r>
      <w:rPr>
        <w:sz w:val="17"/>
      </w:rPr>
      <w:t>Europejską</w:t>
    </w:r>
    <w:proofErr w:type="spellEnd"/>
    <w:r>
      <w:rPr>
        <w:sz w:val="17"/>
      </w:rPr>
      <w:t xml:space="preserve"> w </w:t>
    </w:r>
    <w:proofErr w:type="spellStart"/>
    <w:r>
      <w:rPr>
        <w:sz w:val="17"/>
      </w:rPr>
      <w:t>ramach</w:t>
    </w:r>
    <w:proofErr w:type="spellEnd"/>
    <w:r>
      <w:rPr>
        <w:sz w:val="17"/>
      </w:rPr>
      <w:t xml:space="preserve"> </w:t>
    </w:r>
    <w:proofErr w:type="spellStart"/>
    <w:r>
      <w:rPr>
        <w:sz w:val="17"/>
      </w:rPr>
      <w:t>Europejskiego</w:t>
    </w:r>
    <w:proofErr w:type="spellEnd"/>
    <w:r>
      <w:rPr>
        <w:sz w:val="17"/>
      </w:rPr>
      <w:t xml:space="preserve"> </w:t>
    </w:r>
    <w:proofErr w:type="spellStart"/>
    <w:r>
      <w:rPr>
        <w:sz w:val="17"/>
      </w:rPr>
      <w:t>Funduszu</w:t>
    </w:r>
    <w:proofErr w:type="spellEnd"/>
    <w:r>
      <w:rPr>
        <w:sz w:val="17"/>
      </w:rPr>
      <w:t xml:space="preserve"> </w:t>
    </w:r>
    <w:proofErr w:type="spellStart"/>
    <w:r>
      <w:rPr>
        <w:sz w:val="17"/>
      </w:rPr>
      <w:t>Społecznego</w:t>
    </w:r>
    <w:proofErr w:type="spellEnd"/>
    <w:r>
      <w:rPr>
        <w:sz w:val="17"/>
      </w:rPr>
      <w:t xml:space="preserve"> Plus (EFS+)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0A229" w14:textId="77777777" w:rsidR="00AA08FA" w:rsidRDefault="00AA08FA">
      <w:pPr>
        <w:spacing w:after="0" w:line="240" w:lineRule="auto"/>
      </w:pPr>
      <w:r>
        <w:separator/>
      </w:r>
    </w:p>
  </w:footnote>
  <w:footnote w:type="continuationSeparator" w:id="0">
    <w:p w14:paraId="5FF48466" w14:textId="77777777" w:rsidR="00AA08FA" w:rsidRDefault="00AA0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0266258">
    <w:abstractNumId w:val="8"/>
  </w:num>
  <w:num w:numId="2" w16cid:durableId="1620868046">
    <w:abstractNumId w:val="6"/>
  </w:num>
  <w:num w:numId="3" w16cid:durableId="2082436808">
    <w:abstractNumId w:val="5"/>
  </w:num>
  <w:num w:numId="4" w16cid:durableId="1193423321">
    <w:abstractNumId w:val="4"/>
  </w:num>
  <w:num w:numId="5" w16cid:durableId="1954246631">
    <w:abstractNumId w:val="7"/>
  </w:num>
  <w:num w:numId="6" w16cid:durableId="549995579">
    <w:abstractNumId w:val="3"/>
  </w:num>
  <w:num w:numId="7" w16cid:durableId="172111586">
    <w:abstractNumId w:val="2"/>
  </w:num>
  <w:num w:numId="8" w16cid:durableId="1140731605">
    <w:abstractNumId w:val="1"/>
  </w:num>
  <w:num w:numId="9" w16cid:durableId="270743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095A"/>
    <w:rsid w:val="00980AD0"/>
    <w:rsid w:val="00AA08FA"/>
    <w:rsid w:val="00AA1D8D"/>
    <w:rsid w:val="00B47730"/>
    <w:rsid w:val="00CB0664"/>
    <w:rsid w:val="00EA20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704ECF"/>
  <w14:defaultImageDpi w14:val="300"/>
  <w15:docId w15:val="{BE93D1B6-FA93-4C67-A039-72126E16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Inkubator Śląski</cp:lastModifiedBy>
  <cp:revision>2</cp:revision>
  <dcterms:created xsi:type="dcterms:W3CDTF">2026-09-09T06:44:00Z</dcterms:created>
  <dcterms:modified xsi:type="dcterms:W3CDTF">2026-09-09T06:44:00Z</dcterms:modified>
  <cp:category/>
</cp:coreProperties>
</file>